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1A3C27"/>
          <w:sz w:val="44"/>
        </w:rPr>
        <w:t>国际物流报价表</w:t>
      </w:r>
    </w:p>
    <w:p>
      <w:pPr>
        <w:jc w:val="center"/>
      </w:pPr>
      <w:r>
        <w:rPr>
          <w:i/>
          <w:color w:val="666666"/>
          <w:sz w:val="28"/>
        </w:rPr>
        <w:t>International Shipping Rates</w:t>
      </w:r>
    </w:p>
    <w:p>
      <w:pPr>
        <w:jc w:val="center"/>
      </w:pPr>
      <w:r>
        <w:rPr>
          <w:rFonts w:eastAsia="微软雅黑"/>
          <w:color w:val="999999"/>
          <w:sz w:val="18"/>
        </w:rPr>
        <w:t>更新日期：2026-08-10　｜　覆盖 185 个国家与地区</w:t>
      </w:r>
    </w:p>
    <w:p>
      <w:pPr>
        <w:jc w:val="center"/>
      </w:pPr>
      <w:r>
        <w:rPr>
          <w:rFonts w:eastAsia="微软雅黑"/>
          <w:i/>
          <w:color w:val="AAAAAA"/>
          <w:sz w:val="16"/>
        </w:rPr>
        <w:t>* 汇率参考：1 USD ≈ 7.2 CNY，实际结算以当日汇率为准</w:t>
      </w:r>
    </w:p>
    <w:p>
      <w:pPr>
        <w:jc w:val="left"/>
      </w:pPr>
      <w:r>
        <w:rPr>
          <w:rFonts w:eastAsia="微软雅黑"/>
          <w:color w:val="444444"/>
          <w:sz w:val="18"/>
        </w:rPr>
        <w:t>总计 185 个国家/地区，其中可承运 181 个，暂无服务 4 个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c>
          <w:tcPr>
            <w:tcW w:type="dxa" w:w="567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1984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国家/地区</w:t>
            </w:r>
          </w:p>
        </w:tc>
        <w:tc>
          <w:tcPr>
            <w:tcW w:type="dxa" w:w="2551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英文名</w:t>
            </w:r>
          </w:p>
        </w:tc>
        <w:tc>
          <w:tcPr>
            <w:tcW w:type="dxa" w:w="850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Code</w:t>
            </w:r>
          </w:p>
        </w:tc>
        <w:tc>
          <w:tcPr>
            <w:tcW w:type="dxa" w:w="1417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配送服务费</w:t>
              <w:br/>
              <w:t>(元/KG)</w:t>
            </w:r>
          </w:p>
        </w:tc>
        <w:tc>
          <w:tcPr>
            <w:tcW w:type="dxa" w:w="1417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挂号服务费</w:t>
              <w:br/>
              <w:t>(元/包裹)</w:t>
            </w:r>
          </w:p>
        </w:tc>
        <w:tc>
          <w:tcPr>
            <w:tcW w:type="dxa" w:w="1701"/>
            <w:shd w:fill="1A3C27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17"/>
              </w:rPr>
              <w:t>备注</w:t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加拿大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Canada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CA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¥154.83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¥32.30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日本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Japan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JP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¥90.23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¥22.20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新加坡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Singapore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¥98.98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¥9.10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中国台湾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TAIWAN CHINA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TW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¥132.02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俄罗斯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Russian Federation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RU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¥126.00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151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乌克兰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Ukraine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¥214.16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¥24.40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（香港仓）</w:t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155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美国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United States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¥105.99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¥40.85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156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韩国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Korea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KR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¥41.55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¥15.90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小包普货&amp;小包非普货计费</w:t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158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瑞士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Switzerland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CH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¥203.14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¥21.95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波兰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Poland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PL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¥114.70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¥13.12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比利时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Belgium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BE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¥137.41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¥23.40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丹麦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Denmark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DK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¥100.38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法国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France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FR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¥131.81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¥17.02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德国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Germany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DE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¥124.11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¥21.85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爱尔兰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Ireland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IE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¥127.26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¥23.62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意大利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Italy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IT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¥128.35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¥23.40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西班牙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Spain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¥119.57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¥19.26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瑞典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Sweden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¥103.32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179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英国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United Kingdom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GB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¥116.62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188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墨西哥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Mexico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MX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¥173.88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¥20.95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192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智利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Chile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CL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¥184.18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¥20.95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198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马来西亚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Malaysia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MY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¥35.00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泰国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Thailand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TH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¥58.80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¥15.40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捷克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Czech Republic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¥127.40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¥21.95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芬兰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Finland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FI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¥112.15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¥30.01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希腊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Greece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GR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¥117.96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¥28.27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匈牙利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Hungary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HU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¥118.47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¥22.35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荷兰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Netherlands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NL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¥147.59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¥26.62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葡萄牙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Portugal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PT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¥156.39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¥20.95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挪威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Norway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NO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¥149.10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¥26.45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阿尔巴尼亚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Albania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AL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阿尔及利亚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Algeria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DZ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¥270.56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安哥拉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Angola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AO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¥247.38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安提瓜和巴布达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Antigua and Barbuda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AG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亚美尼亚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Armenia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¥245.28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¥17.60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阿鲁巴岛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Aruba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AW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澳大利亚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Australia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AU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¥119.11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¥29.09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巴林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Bahrain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BH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¥287.42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白俄罗斯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Belarus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BY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¥231.00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布基纳法索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Burkina Faso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BF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哥斯达黎加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Costa Rica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萨尔瓦多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El Salvador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SV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赤道几内亚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Equatorial Guinea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GQ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加蓬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Gabon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格鲁吉亚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Georgia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GE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¥233.24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¥19.20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圭亚那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Guyana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GY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冰岛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Iceland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¥266.11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印度尼西亚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Indonesia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ID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¥76.44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科特迪瓦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Cote D'Ivoire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CI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哈萨克斯坦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Kazakhstan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¥63.00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利比里亚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Liberia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¥290.08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莫桑比克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Mozambique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¥240.10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纳米比亚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Namibia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NA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¥254.80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新西兰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New Zealand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¥145.54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¥32.40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尼日利亚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Nigeria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¥214.80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巴基斯坦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Pakistan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PK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¥181.58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29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波多黎各(美)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Puerto Rico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¥242.62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¥43.70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留尼汪岛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Reunion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RE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圣卢西亚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Lucia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LC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沙特阿拉伯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Saudi Arabia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¥267.69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¥52.43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圣马丁(荷)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Sint Maarten (Netherlands)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SX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所罗门群岛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Solomon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SB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特立尼达和多巴哥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Trinidad and Tobago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TT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土耳其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Turkey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TR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¥140.00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¥21.40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阿拉伯联合酋长国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United Arab Emirates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AE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¥287.34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¥18.70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39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赞比亚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Zambia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ZM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¥235.62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奥兰群岛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Aland Islands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AX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¥266.84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安圭拉岛(英)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Anguilla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AI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南极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Antarctica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AQ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阿根廷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Argentina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AR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¥267.40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¥20.10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阿塞拜疆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Azerbaijan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AZ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¥257.74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¥18.70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根西岛(英)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Bailiwick of Guernsey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GG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百慕大群岛(英)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Bermuda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玻利维亚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Bolivia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BO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圣诞岛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Christmas Island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CX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49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科科斯岛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Cocos (Keeling)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CC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哥伦比亚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Colombia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CO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¥262.19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¥18.54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刚果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The Republic of Congo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CG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¥284.20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科克群岛(新)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Cook Islands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CK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多米尼克国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Dominica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DM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¥214.76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多米尼加共和国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Dominican Republic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DO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厄瓜多尔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Ecuador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EC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厄立特里亚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Eritrea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¥296.10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爱沙尼亚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Estonia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¥127.40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福克兰群岛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Falkland Islands (Islas Malvinas)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FK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59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加纳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Ghana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GH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¥240.10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几内亚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Guinea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GN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几内亚比绍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Guinea-bissau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GW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洪都拉斯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Honduras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HN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马恩岛(英)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Isle of Man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柬埔寨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Cambodia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KH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¥87.64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肯尼亚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Kenya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¥214.76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基里巴斯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Kiribati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KI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科威特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Kuwait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KW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¥303.25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吉尔吉斯斯坦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Kyrgyzstan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¥271.32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69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北马其顿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North Macedonia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MK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¥257.95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马达加斯加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Madagascar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¥214.76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马绍尔群岛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The Republic of Marshall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MH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密克罗尼西亚(美)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Micronesia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FM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蒙特塞拉特岛(英)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Montserrat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MS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荷属安的列斯群岛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Netherlands Antilles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AN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¥315.85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尼加拉瓜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Nicaragua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NI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纽埃岛(新)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Niue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NU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诺福克岛(澳)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Norfolk Island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NF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马里亚纳群岛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Northern Mariana Islands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MP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79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阿曼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Oman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OM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¥278.89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¥19.10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帕劳(美)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Palau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PW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巴拉圭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Paraguay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PY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卡塔尔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Qatar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QA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¥297.19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摩尔多瓦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Republic of Moldova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MD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¥215.18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¥29.30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圣赫勒拿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Helena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SH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圣克里斯托弗和尼维斯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Kitts and Nevis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KN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圣皮埃尔岛及密克隆岛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Pierre and Miquelon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圣文森特岛(英)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Vincent and the Grenadines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VC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圣马力诺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San Marino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89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圣多美和普林西比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Sao Tome and Principe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ST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塞舌尔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Seychelles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SC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¥226.80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南乔治亚与南桑威奇群岛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South Georgia and The South Sandwich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SGS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¥266.84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斯瓦尔巴群岛(挪)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Svalbard and Jan Mayen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SJ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斯里兰卡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Sri Lanka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LK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¥168.98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巴哈马国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The Commonwealth of The Bahamas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梵蒂冈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The Vatican City State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VA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东帝汶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Timor-leste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TL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托克劳群岛(新)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Tokelau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TK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汤加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Tonga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TO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99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特克斯和凯科斯群岛(英)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Turks and Caicos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TC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图瓦卢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Tuvalu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TV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坦桑尼亚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United Republic of Tanzania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TZ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¥235.62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美国本土外小岛屿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United States Minor Outlying Islands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UM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¥229.18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¥41.30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乌拉圭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Uruguay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UY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乌兹别克斯坦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Uzbekistan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UZ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¥268.38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¥18.10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维尔京群岛(英)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British Virgin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VG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¥303.94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瓦里斯和富士那群岛(法)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Wallis And Futuna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WF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西撒哈拉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Western sahara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EH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桑给巴尔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Zanzibar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EAZ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¥235.62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109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文莱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Negara Brunei Darussalam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BN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¥207.62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南苏丹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South Sudan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111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加勒比荷兰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Caribbean Netherlands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BQ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¥266.84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112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布韦岛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Bouvet Island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BV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113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赫德岛和麦克唐纳群岛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Territory of Heard Island and McDonald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HM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英属印度洋领地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British Indian Ocean Territory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IO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115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皮特凯恩群岛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Pitcairn Islands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PN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¥241.36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116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法属南部和南极领地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French Southern Territories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TF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117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阿森松岛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Ascension Island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ASC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118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圣巴泰勒米岛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Saint Barthelemy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BL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119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奥尔德尼岛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Alderney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GBA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¥293.52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¥19.80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中国香港特别行政区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HONG KONG CHINA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HK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¥146.30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¥18.60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南非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South Africa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ZA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¥194.46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¥30.30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毛里求斯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Mauritius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MU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佛得角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Cape Verde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CV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125</w:t>
            </w:r>
          </w:p>
        </w:tc>
        <w:tc>
          <w:tcPr>
            <w:tcW w:type="dxa" w:w="1984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埃及</w:t>
            </w:r>
          </w:p>
        </w:tc>
        <w:tc>
          <w:tcPr>
            <w:tcW w:type="dxa" w:w="255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Egypt</w:t>
            </w:r>
          </w:p>
        </w:tc>
        <w:tc>
          <w:tcPr>
            <w:tcW w:type="dxa" w:w="850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EG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70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突尼斯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Tunisia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TN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¥272.44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津巴布韦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Zimbabwe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ZW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¥235.62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马拉维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Malawi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MW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¥288.54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129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多哥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Togo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¥291.48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马里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Mali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ML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乍得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Chad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TD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¥294.42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132</w:t>
            </w:r>
          </w:p>
        </w:tc>
        <w:tc>
          <w:tcPr>
            <w:tcW w:type="dxa" w:w="1984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马尔代夫</w:t>
            </w:r>
          </w:p>
        </w:tc>
        <w:tc>
          <w:tcPr>
            <w:tcW w:type="dxa" w:w="255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Maldives</w:t>
            </w:r>
          </w:p>
        </w:tc>
        <w:tc>
          <w:tcPr>
            <w:tcW w:type="dxa" w:w="850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MV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70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塞尔维亚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Serbia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RS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¥210.00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134</w:t>
            </w:r>
          </w:p>
        </w:tc>
        <w:tc>
          <w:tcPr>
            <w:tcW w:type="dxa" w:w="1984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孟加拉国</w:t>
            </w:r>
          </w:p>
        </w:tc>
        <w:tc>
          <w:tcPr>
            <w:tcW w:type="dxa" w:w="255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Bangladesh</w:t>
            </w:r>
          </w:p>
        </w:tc>
        <w:tc>
          <w:tcPr>
            <w:tcW w:type="dxa" w:w="850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BD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70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</w:r>
          </w:p>
        </w:tc>
      </w:tr>
      <w:tr>
        <w:tc>
          <w:tcPr>
            <w:tcW w:type="dxa" w:w="56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135</w:t>
            </w:r>
          </w:p>
        </w:tc>
        <w:tc>
          <w:tcPr>
            <w:tcW w:type="dxa" w:w="1984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黑山</w:t>
            </w:r>
          </w:p>
        </w:tc>
        <w:tc>
          <w:tcPr>
            <w:tcW w:type="dxa" w:w="255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  <w:t>Montenegro</w:t>
            </w:r>
          </w:p>
        </w:tc>
        <w:tc>
          <w:tcPr>
            <w:tcW w:type="dxa" w:w="850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ME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417"/>
            <w:shd w:fill="FFF5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color w:val="CC0000"/>
                <w:sz w:val="16"/>
              </w:rPr>
              <w:t>-</w:t>
            </w:r>
          </w:p>
        </w:tc>
        <w:tc>
          <w:tcPr>
            <w:tcW w:type="dxa" w:w="1701"/>
            <w:shd w:fill="FFF5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color w:val="CC0000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乌干达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Uganda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UG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¥266.00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法属瓜德罗普岛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Guadeloupe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GP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138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马提尼克岛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Martinique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MQ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139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法属圭亚那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Guyane française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GF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马约特岛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Territorial Collectivity of Mayotte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YT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¥287.14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博茨瓦纳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Botswana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BW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¥245.00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塞内加尔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Senegal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SN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卢旺达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Rwanda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RW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¥287.00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喀麦隆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Cameroon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CM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¥245.00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¥26.00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145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塞浦路斯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Cyprus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CY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¥235.20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¥17.00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奥地利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Austria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AT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¥102.90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¥24.10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164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保加利亚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Bulgaria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BG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¥129.43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¥28.86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170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拉脱维亚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Latvia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LV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¥131.60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¥24.00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171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立陶宛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Lithuania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LT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¥153.97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¥25.40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172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卢森堡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Luxembourg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LU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¥87.93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¥24.09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173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马耳他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Malta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MT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¥192.35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¥21.89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罗马尼亚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Romania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RO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¥98.70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¥52.41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175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斯洛伐克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Slovakia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SK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¥125.99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¥20.24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176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斯洛文尼亚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Slovenia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SI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¥76.58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¥40.70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180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克罗地亚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Croatia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HR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¥121.48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¥25.87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184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巴西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Brazil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BR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¥126.84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¥35.01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187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以色列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Israel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IL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¥152.25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¥21.40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209</w:t>
            </w:r>
          </w:p>
        </w:tc>
        <w:tc>
          <w:tcPr>
            <w:tcW w:type="dxa" w:w="1984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秘鲁</w:t>
            </w:r>
          </w:p>
        </w:tc>
        <w:tc>
          <w:tcPr>
            <w:tcW w:type="dxa" w:w="255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Peru</w:t>
            </w:r>
          </w:p>
        </w:tc>
        <w:tc>
          <w:tcPr>
            <w:tcW w:type="dxa" w:w="850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PE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¥253.71</w:t>
            </w:r>
          </w:p>
        </w:tc>
        <w:tc>
          <w:tcPr>
            <w:tcW w:type="dxa" w:w="1417"/>
            <w:shd w:fill="F5F7F5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¥31.25</w:t>
            </w:r>
          </w:p>
        </w:tc>
        <w:tc>
          <w:tcPr>
            <w:tcW w:type="dxa" w:w="1701"/>
            <w:shd w:fill="F5F7F5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  <w:tr>
        <w:tc>
          <w:tcPr>
            <w:tcW w:type="dxa" w:w="56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210</w:t>
            </w:r>
          </w:p>
        </w:tc>
        <w:tc>
          <w:tcPr>
            <w:tcW w:type="dxa" w:w="1984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摩洛哥</w:t>
            </w:r>
          </w:p>
        </w:tc>
        <w:tc>
          <w:tcPr>
            <w:tcW w:type="dxa" w:w="255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  <w:t>Morocco</w:t>
            </w:r>
          </w:p>
        </w:tc>
        <w:tc>
          <w:tcPr>
            <w:tcW w:type="dxa" w:w="850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sz w:val="16"/>
              </w:rPr>
              <w:t>MA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¥197.26</w:t>
            </w:r>
          </w:p>
        </w:tc>
        <w:tc>
          <w:tcPr>
            <w:tcW w:type="dxa" w:w="1417"/>
            <w:shd w:fill="FFFFFF" w:val="clea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1A3C27"/>
                <w:sz w:val="16"/>
              </w:rPr>
              <w:t>¥18.00</w:t>
            </w:r>
          </w:p>
        </w:tc>
        <w:tc>
          <w:tcPr>
            <w:tcW w:type="dxa" w:w="1701"/>
            <w:shd w:fill="FFFFFF" w:val="clear"/>
          </w:tcPr>
          <w:p>
            <w:pPr>
              <w:jc w:val="left"/>
            </w:pPr>
            <w:r>
              <w:rPr>
                <w:rFonts w:ascii="Calibri" w:hAnsi="Calibri" w:eastAsia="微软雅黑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99999"/>
        <w:sz w:val="16"/>
      </w:rPr>
      <w:t xml:space="preserve">— </w:t>
    </w:r>
    <w:r>
      <w:fldChar w:fldCharType="begin"/>
      <w:instrText xml:space="preserve"> PAGE </w:instrText>
      <w:fldChar w:fldCharType="end"/>
    </w:r>
    <w:r>
      <w:rPr>
        <w:color w:val="999999"/>
        <w:sz w:val="16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cumentProtection w:edit="readOnly" w:enforcement="1" w:cryptAlgorithmSid="1" w:cryptAlgorithmClass="hash" w:hash="E7C81B2E" w:salt="AAAAAAAAAAAAAAAAAAAAA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